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382C5F" w14:textId="77777777" w:rsidR="00F361EB" w:rsidRDefault="006805B6">
      <w:bookmarkStart w:id="0" w:name="_GoBack"/>
      <w:bookmarkEnd w:id="0"/>
      <w:r>
        <w:t>MODELO DE PLANO DE TRABALHO</w:t>
      </w:r>
    </w:p>
    <w:p w14:paraId="740B12DF" w14:textId="77777777" w:rsidR="00F361EB" w:rsidRDefault="006805B6">
      <w:r>
        <w:t>Programa PRÓ-GOIÁS ESPORTE (Lei nº 23.864/2025 e Decreto nº 10.827/2025)</w:t>
      </w:r>
    </w:p>
    <w:p w14:paraId="67DFF776" w14:textId="77777777" w:rsidR="00F361EB" w:rsidRDefault="00F361EB"/>
    <w:p w14:paraId="16254CDA" w14:textId="77777777" w:rsidR="00F361EB" w:rsidRDefault="006805B6">
      <w:r>
        <w:t>1. IDENTIFICAÇÃO DO PROPONENTE</w:t>
      </w:r>
    </w:p>
    <w:p w14:paraId="3001F8A6" w14:textId="77777777" w:rsidR="00F361EB" w:rsidRDefault="006805B6">
      <w:r>
        <w:t>1.1. Nome/Razão Social:</w:t>
      </w:r>
    </w:p>
    <w:p w14:paraId="56ACCDA6" w14:textId="77777777" w:rsidR="00F361EB" w:rsidRDefault="006805B6">
      <w:r>
        <w:t>1.2. CPF/CNPJ:</w:t>
      </w:r>
    </w:p>
    <w:p w14:paraId="3E5A2EE0" w14:textId="77777777" w:rsidR="00F361EB" w:rsidRDefault="006805B6">
      <w:r>
        <w:t>1.3. Endereço Completo:</w:t>
      </w:r>
    </w:p>
    <w:p w14:paraId="24C50B7D" w14:textId="77777777" w:rsidR="00F361EB" w:rsidRDefault="006805B6">
      <w:r>
        <w:t>1.4. Telefone/E-mail:</w:t>
      </w:r>
    </w:p>
    <w:p w14:paraId="36567228" w14:textId="77777777" w:rsidR="00F361EB" w:rsidRDefault="006805B6">
      <w:r>
        <w:t>1.5. Representante Legal (se aplicável):</w:t>
      </w:r>
    </w:p>
    <w:p w14:paraId="2D6647C4" w14:textId="77777777" w:rsidR="00F361EB" w:rsidRDefault="006805B6">
      <w:r>
        <w:t>1.6. Tipo de Proponente: Pessoa Física / Pessoa Jurídica / OSC / Entidade Esportiva</w:t>
      </w:r>
    </w:p>
    <w:p w14:paraId="47DBFEDF" w14:textId="77777777" w:rsidR="00F361EB" w:rsidRDefault="00F361EB"/>
    <w:p w14:paraId="5DCD9497" w14:textId="77777777" w:rsidR="00F361EB" w:rsidRDefault="006805B6">
      <w:r>
        <w:t>2. DADOS DO PROJETO</w:t>
      </w:r>
    </w:p>
    <w:p w14:paraId="32CA4E0E" w14:textId="77777777" w:rsidR="00F361EB" w:rsidRDefault="006805B6">
      <w:r>
        <w:t>2.1. Título do Projeto:</w:t>
      </w:r>
    </w:p>
    <w:p w14:paraId="162149D4" w14:textId="0E6F3CC9" w:rsidR="00F361EB" w:rsidRDefault="006805B6">
      <w:r>
        <w:t xml:space="preserve">2.2. </w:t>
      </w:r>
      <w:proofErr w:type="spellStart"/>
      <w:r>
        <w:t>Área</w:t>
      </w:r>
      <w:proofErr w:type="spellEnd"/>
      <w:r>
        <w:t xml:space="preserve"> </w:t>
      </w:r>
      <w:proofErr w:type="spellStart"/>
      <w:r>
        <w:t>Esportiva</w:t>
      </w:r>
      <w:proofErr w:type="spellEnd"/>
      <w:r>
        <w:t xml:space="preserve"> / </w:t>
      </w:r>
      <w:proofErr w:type="spellStart"/>
      <w:r>
        <w:t>Modalidade</w:t>
      </w:r>
      <w:proofErr w:type="spellEnd"/>
      <w:r>
        <w:t>:</w:t>
      </w:r>
    </w:p>
    <w:p w14:paraId="5C7BAE3B" w14:textId="31D4C9BD" w:rsidR="0022492F" w:rsidRDefault="0022492F">
      <w:r>
        <w:t xml:space="preserve">2.3. </w:t>
      </w:r>
      <w:proofErr w:type="spellStart"/>
      <w:r>
        <w:t>Modalidade</w:t>
      </w:r>
      <w:proofErr w:type="spellEnd"/>
      <w:r>
        <w:t xml:space="preserve"> </w:t>
      </w:r>
      <w:proofErr w:type="spellStart"/>
      <w:r>
        <w:t>olímpica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não</w:t>
      </w:r>
      <w:proofErr w:type="spellEnd"/>
      <w:r>
        <w:t>:</w:t>
      </w:r>
    </w:p>
    <w:p w14:paraId="4B4C2F1A" w14:textId="3AEBDCCE" w:rsidR="0022492F" w:rsidRDefault="0022492F">
      <w:r>
        <w:t xml:space="preserve">2.4. </w:t>
      </w:r>
      <w:proofErr w:type="spellStart"/>
      <w:r>
        <w:t>Faixa</w:t>
      </w:r>
      <w:proofErr w:type="spellEnd"/>
      <w:r>
        <w:t xml:space="preserve"> </w:t>
      </w:r>
      <w:proofErr w:type="spellStart"/>
      <w:r>
        <w:t>orçamentária</w:t>
      </w:r>
      <w:proofErr w:type="spellEnd"/>
      <w:r>
        <w:t xml:space="preserve">, </w:t>
      </w:r>
      <w:proofErr w:type="spellStart"/>
      <w:proofErr w:type="gramStart"/>
      <w:r>
        <w:t>conforme</w:t>
      </w:r>
      <w:proofErr w:type="spellEnd"/>
      <w:r>
        <w:t xml:space="preserve">  item</w:t>
      </w:r>
      <w:proofErr w:type="gramEnd"/>
      <w:r>
        <w:t xml:space="preserve"> 4.2 do </w:t>
      </w:r>
      <w:proofErr w:type="spellStart"/>
      <w:r>
        <w:t>edital</w:t>
      </w:r>
      <w:proofErr w:type="spellEnd"/>
      <w:r>
        <w:t>:</w:t>
      </w:r>
    </w:p>
    <w:p w14:paraId="1619FC38" w14:textId="72D4B70E" w:rsidR="00F361EB" w:rsidRDefault="006805B6">
      <w:r>
        <w:t>2.</w:t>
      </w:r>
      <w:r w:rsidR="0022492F">
        <w:t>4</w:t>
      </w:r>
      <w:r>
        <w:t xml:space="preserve">. </w:t>
      </w:r>
      <w:r w:rsidR="0004473E">
        <w:t>Local</w:t>
      </w:r>
      <w:r>
        <w:t xml:space="preserve"> de </w:t>
      </w:r>
      <w:proofErr w:type="spellStart"/>
      <w:r>
        <w:t>Execução</w:t>
      </w:r>
      <w:proofErr w:type="spellEnd"/>
      <w:r w:rsidR="0004473E">
        <w:t xml:space="preserve"> (se </w:t>
      </w:r>
      <w:proofErr w:type="spellStart"/>
      <w:r w:rsidR="0004473E">
        <w:t>aplicável</w:t>
      </w:r>
      <w:proofErr w:type="spellEnd"/>
      <w:r w:rsidR="0004473E">
        <w:t>)</w:t>
      </w:r>
      <w:r>
        <w:t>:</w:t>
      </w:r>
    </w:p>
    <w:p w14:paraId="7DEDBEA4" w14:textId="66359CFF" w:rsidR="00F361EB" w:rsidRDefault="006805B6">
      <w:r>
        <w:t>2.</w:t>
      </w:r>
      <w:r w:rsidR="0022492F">
        <w:t>5</w:t>
      </w:r>
      <w:r>
        <w:t>. Período de Execução: até 12 meses, conforme edital</w:t>
      </w:r>
    </w:p>
    <w:p w14:paraId="24B792AA" w14:textId="77777777" w:rsidR="00F361EB" w:rsidRDefault="00F361EB"/>
    <w:p w14:paraId="31824B9E" w14:textId="77777777" w:rsidR="00F361EB" w:rsidRDefault="006805B6">
      <w:r>
        <w:t>3. OBJETO DO PROJETO</w:t>
      </w:r>
    </w:p>
    <w:p w14:paraId="6E9BA74A" w14:textId="77777777" w:rsidR="00F361EB" w:rsidRDefault="006805B6">
      <w:r>
        <w:t>Descrever o que será realizado com os recursos do PRÓ-GOIÁS ESPORTE.</w:t>
      </w:r>
    </w:p>
    <w:p w14:paraId="646DB93E" w14:textId="77777777" w:rsidR="00F361EB" w:rsidRDefault="00F361EB"/>
    <w:p w14:paraId="606866FF" w14:textId="77777777" w:rsidR="00F361EB" w:rsidRDefault="006805B6">
      <w:r>
        <w:t>4. JUSTIFICATIVA</w:t>
      </w:r>
    </w:p>
    <w:p w14:paraId="20443EEC" w14:textId="77777777" w:rsidR="00F361EB" w:rsidRDefault="006805B6">
      <w:r>
        <w:t>Apresentar a relevância e alinhamento à Lei nº 23.864/2025 e Decreto nº 10.827/2025.</w:t>
      </w:r>
    </w:p>
    <w:p w14:paraId="752EA7FE" w14:textId="77777777" w:rsidR="00F361EB" w:rsidRDefault="00F361EB"/>
    <w:p w14:paraId="19EFA753" w14:textId="77777777" w:rsidR="00F361EB" w:rsidRDefault="006805B6">
      <w:r>
        <w:t>5. OBJETIVOS</w:t>
      </w:r>
    </w:p>
    <w:p w14:paraId="19F2CBEF" w14:textId="77777777" w:rsidR="00F361EB" w:rsidRDefault="006805B6">
      <w:r>
        <w:lastRenderedPageBreak/>
        <w:t>5.1. Geral:</w:t>
      </w:r>
    </w:p>
    <w:p w14:paraId="12864CD2" w14:textId="77777777" w:rsidR="00F361EB" w:rsidRDefault="006805B6">
      <w:r>
        <w:t>5.2. Específicos:</w:t>
      </w:r>
    </w:p>
    <w:p w14:paraId="453DC238" w14:textId="77777777" w:rsidR="00F361EB" w:rsidRDefault="00F361EB"/>
    <w:p w14:paraId="6D50C571" w14:textId="77777777" w:rsidR="00F361EB" w:rsidRDefault="006805B6">
      <w:r>
        <w:t>6. PÚBLICO-ALVO</w:t>
      </w:r>
    </w:p>
    <w:p w14:paraId="4EB37DDB" w14:textId="77777777" w:rsidR="00F361EB" w:rsidRDefault="006805B6">
      <w:r>
        <w:t>6.1. Beneficiários diretos:</w:t>
      </w:r>
    </w:p>
    <w:p w14:paraId="56F0137F" w14:textId="77777777" w:rsidR="00F361EB" w:rsidRDefault="006805B6">
      <w:r>
        <w:t>6.2. Beneficiários indiretos:</w:t>
      </w:r>
    </w:p>
    <w:p w14:paraId="5328E047" w14:textId="77777777" w:rsidR="00F361EB" w:rsidRDefault="006805B6">
      <w:r>
        <w:t>6.3. Critérios de seleção:</w:t>
      </w:r>
    </w:p>
    <w:p w14:paraId="6230E845" w14:textId="77777777" w:rsidR="00F361EB" w:rsidRDefault="00F361EB"/>
    <w:p w14:paraId="094B8F2A" w14:textId="77777777" w:rsidR="00F361EB" w:rsidRDefault="006805B6">
      <w:r>
        <w:t>7. METODOLOGIA DE EXECUÇÃO</w:t>
      </w:r>
    </w:p>
    <w:p w14:paraId="32BFE78B" w14:textId="77777777" w:rsidR="00F361EB" w:rsidRDefault="006805B6">
      <w:r>
        <w:t>Descrever as atividades, equipe, acessibilidade, indicadores, etc.</w:t>
      </w:r>
    </w:p>
    <w:p w14:paraId="07229C90" w14:textId="77777777" w:rsidR="00F361EB" w:rsidRDefault="00F361EB"/>
    <w:p w14:paraId="55DCE45A" w14:textId="77777777" w:rsidR="00F361EB" w:rsidRDefault="006805B6">
      <w:r>
        <w:t>8. CRONOGRAMA DE ATIVIDADES</w:t>
      </w:r>
    </w:p>
    <w:p w14:paraId="163138B3" w14:textId="77777777" w:rsidR="00F361EB" w:rsidRDefault="006805B6">
      <w:r>
        <w:t>Etapa - Atividade - Início - Término</w:t>
      </w:r>
    </w:p>
    <w:p w14:paraId="7958E2FF" w14:textId="77777777" w:rsidR="00F361EB" w:rsidRDefault="00F361EB"/>
    <w:p w14:paraId="620944C6" w14:textId="77777777" w:rsidR="00F361EB" w:rsidRDefault="006805B6">
      <w:r>
        <w:t>9. ORÇAMENTO DETALHADO</w:t>
      </w:r>
    </w:p>
    <w:p w14:paraId="18A04EC0" w14:textId="7AF0D3DF" w:rsidR="00F361EB" w:rsidRDefault="006805B6">
      <w:proofErr w:type="spellStart"/>
      <w:r>
        <w:t>Inserir</w:t>
      </w:r>
      <w:proofErr w:type="spellEnd"/>
      <w:r>
        <w:t xml:space="preserve"> </w:t>
      </w:r>
      <w:proofErr w:type="spellStart"/>
      <w:r>
        <w:t>tabela</w:t>
      </w:r>
      <w:proofErr w:type="spellEnd"/>
      <w:r>
        <w:t xml:space="preserve"> </w:t>
      </w:r>
      <w:proofErr w:type="spellStart"/>
      <w:r>
        <w:t>orçamentária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</w:t>
      </w:r>
      <w:proofErr w:type="spellStart"/>
      <w:r w:rsidR="0022492F">
        <w:t>faixa</w:t>
      </w:r>
      <w:proofErr w:type="spellEnd"/>
      <w:r w:rsidR="0022492F">
        <w:t xml:space="preserve"> </w:t>
      </w:r>
      <w:proofErr w:type="spellStart"/>
      <w:r w:rsidR="0022492F">
        <w:t>orçamentária</w:t>
      </w:r>
      <w:proofErr w:type="spellEnd"/>
      <w:r w:rsidR="0022492F">
        <w:t xml:space="preserve"> </w:t>
      </w:r>
      <w:proofErr w:type="spellStart"/>
      <w:r w:rsidR="0022492F">
        <w:t>escolhida</w:t>
      </w:r>
      <w:proofErr w:type="spellEnd"/>
      <w:r>
        <w:t>.</w:t>
      </w:r>
    </w:p>
    <w:p w14:paraId="58F9E807" w14:textId="77777777" w:rsidR="00F361EB" w:rsidRDefault="00F361EB"/>
    <w:p w14:paraId="06472AF0" w14:textId="77777777" w:rsidR="00F361EB" w:rsidRDefault="006805B6">
      <w:r>
        <w:t>10. CONTRAPARTIDAS</w:t>
      </w:r>
    </w:p>
    <w:p w14:paraId="7346FD38" w14:textId="77777777" w:rsidR="00F361EB" w:rsidRDefault="006805B6">
      <w:r>
        <w:t>Descrever contrapartidas conforme edital.</w:t>
      </w:r>
    </w:p>
    <w:p w14:paraId="056D4ADA" w14:textId="77777777" w:rsidR="00F361EB" w:rsidRDefault="00F361EB"/>
    <w:p w14:paraId="4CDD4A43" w14:textId="77777777" w:rsidR="00F361EB" w:rsidRDefault="006805B6">
      <w:r>
        <w:t>11. MONITORAMENTO E AVALIAÇÃO</w:t>
      </w:r>
    </w:p>
    <w:p w14:paraId="6076C79A" w14:textId="77777777" w:rsidR="00F361EB" w:rsidRDefault="006805B6">
      <w:r>
        <w:t>Descrever indicadores e métodos de acompanhamento.</w:t>
      </w:r>
    </w:p>
    <w:p w14:paraId="47D441ED" w14:textId="77777777" w:rsidR="00F361EB" w:rsidRDefault="00F361EB"/>
    <w:p w14:paraId="34F1F8EA" w14:textId="59284335" w:rsidR="00F361EB" w:rsidRDefault="006805B6">
      <w:r>
        <w:t>1</w:t>
      </w:r>
      <w:r w:rsidR="0004473E">
        <w:t>2</w:t>
      </w:r>
      <w:r>
        <w:t>. DECLARAÇÃO</w:t>
      </w:r>
    </w:p>
    <w:p w14:paraId="41E6FE5A" w14:textId="77777777" w:rsidR="00F361EB" w:rsidRDefault="006805B6">
      <w:r>
        <w:t>Declaro, para todos os fins, que as informações prestadas são verdadeiras.</w:t>
      </w:r>
    </w:p>
    <w:p w14:paraId="55B89843" w14:textId="77777777" w:rsidR="00F361EB" w:rsidRDefault="00F361EB"/>
    <w:p w14:paraId="25B62CD1" w14:textId="77777777" w:rsidR="00F361EB" w:rsidRDefault="006805B6">
      <w:r>
        <w:lastRenderedPageBreak/>
        <w:t>Local e Data:</w:t>
      </w:r>
    </w:p>
    <w:p w14:paraId="58E205AC" w14:textId="77777777" w:rsidR="00F361EB" w:rsidRDefault="006805B6">
      <w:r>
        <w:t>Assinatura:</w:t>
      </w:r>
    </w:p>
    <w:p w14:paraId="720076B7" w14:textId="77777777" w:rsidR="00F361EB" w:rsidRDefault="00F361EB"/>
    <w:sectPr w:rsidR="00F361E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4473E"/>
    <w:rsid w:val="0006063C"/>
    <w:rsid w:val="0015074B"/>
    <w:rsid w:val="0022492F"/>
    <w:rsid w:val="0029639D"/>
    <w:rsid w:val="00326F90"/>
    <w:rsid w:val="004A3FE4"/>
    <w:rsid w:val="006805B6"/>
    <w:rsid w:val="00AA1D8D"/>
    <w:rsid w:val="00B47730"/>
    <w:rsid w:val="00CB0664"/>
    <w:rsid w:val="00F361E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929651"/>
  <w14:defaultImageDpi w14:val="300"/>
  <w15:docId w15:val="{2011D752-11BD-4440-A3A5-310810AE6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FE2929-4F83-4EA7-B185-AD3837FC3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1458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Luis Gustavo</cp:lastModifiedBy>
  <cp:revision>2</cp:revision>
  <dcterms:created xsi:type="dcterms:W3CDTF">2025-11-20T11:14:00Z</dcterms:created>
  <dcterms:modified xsi:type="dcterms:W3CDTF">2025-11-20T11:14:00Z</dcterms:modified>
  <cp:category/>
</cp:coreProperties>
</file>